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עברית לעולים: מדברים בקוביה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אוצר מילים ושיחה יומיומית לעולים ולעולות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https://kubiyot-lemida.sites.tab.bot/luach-ivrit-olim.html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אני; 2 – משפחה; 3 – בית ספר; 4 – אוכל; 5 – זמן ויום; 6 – רגשות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📕   2) ה – 🪑   3) ג – 🍎   4) ב – 🏫   5) ו – 😊   6) ד – 👨‍👩‍👧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קוראים   2) א – שני   3) א – אוהב/ת   4) א – איפה?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מחברת היא דבר שכותבים בו   3) נכון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🗣️ עברית לעולים: מדברים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אוצר מילים ושיחה יומיומית לעולים ולעולות.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👋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לפגישה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👨‍👩‍👧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אמא, אבא, אחים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מקום שלומדים בו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אוכל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שאוכלים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ראשון, שני…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מרגיש טוב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🏫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תפוח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🍎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👨‍👩‍👧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😊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"שלום, ____ לי דנה."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קוראים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אוכלים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הולכים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"היום יום ראשון, מחר יום ____"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שבת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חמישי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"אני ____ פיצה."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אוהב/ת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שולחן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איך שואלים על מקום?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כמה?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"בוקר טוב" אומרים בבוקר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"מחברת" היא אוכל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יום שישי בא יום שבת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"עצוב" הוא ההפך של "שמח"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(עברית לעולים: מדברים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לעולים: מדברים בקוביה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