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עברית לעולים: מדברים בקוביה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אוצר מילים ושיחה יומיומית לעולים ולעולות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יסודי / חט״ב /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https://kubiyot-lemida.sites.tab.bot/luach-ivrit-olim.html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מקרא הקוביה: 1 – אני; 2 – משפחה; 3 – בית ספר; 4 – אוכל; 5 – זמן ויום; 6 – רגשות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התאימו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ב – 📕   2) ג – 🪑   3) א – 🍎   4) ד – 🏫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א – קוראים   2) א – שני   3) א – אוהב/ת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לפי הלוח   2)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🗣️ עברית לעולים: מדברים בקוביה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תרגלו את מה שעשיתם בתחנת הקוביות: אוצר מילים ושיחה יומיומית לעולים ולעולות.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📕  |  🪑  |  🍎  |  🏫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התאימו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ליד כל מספר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ספר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🍎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כיסא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📕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תפוח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בית ספר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🏫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"שלום, ____ לי דנה."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קוראים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אוכלים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"היום יום ראשון, מחר יום ____"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שני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שבת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"אני ____ פיצה."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אוהב/ת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עצוב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גלגול 1: יצא המספר ___. המשימה (בעמודה 🟢 מילה):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גלגול 2: יצא המספר ___. המשימה (בעמודה 🟢 מילה):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 קצרה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משימה אחת מהלוח (עברית לעולים: מדברים בקוביה)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עברית לעולים: מדברים בקוביה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