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חשבון וכפל בקוביה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תרגול עובדות חיבור, חיסור וכפל דרך המספר שיוצא בקוביה (בונוס ליסודי)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יסודי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🔗 הפעילות באתר: https://kubiyot-lemida.sites.tab.bot/luach-cheshbon.html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לעבוד על הדף בתחנה, אחרי סבב גלגולים, או כשיעורי בית.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מקרא הקוביה: 1 – 1; 2 – 2; 3 – 3; 4 – 4; 5 – 5; 6 – 6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לוח המשימות והקוביה לקיפול – בעמוד הלוח באתר.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נושא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תשובות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כפל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6   2) 6   3) 35   4) 16   5) 4   6) 4   7) 10   8) 3   9) 16   10) 10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חיבור וחיסור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13   2) 7   3) 12   4) 6   5) 8   6) 5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בעיות מילוליות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12   2) 12   3) 25   4) 9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גלגלו ובצעו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1) לפי הלוח   2) כנ״ל   3) כנ״ל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כתיבה קצרה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המשימה בוצעה במלואה; משפטים שלמים; שימוש נכון במושגים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✖️ חשבון וכפל בקוביה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תרגלו את מה שעשיתם בתחנת הקוביות: תרגול עובדות חיבור, חיסור וכפל דרך המספר שיוצא בקוביה (בונוס ליסודי).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כפל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פתרו את תרגילי הכפל.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2 × 3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1 × 6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5 × 7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2 × 8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2 × 2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1 × 4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5 × 2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1 × 3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4 × 4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2 × 5 =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חיבור וחיסור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פתרו.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4 + 9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10 − 3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6 + 6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11 − 5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2 + 6 =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10 − 5 =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בעיות מילוליות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קראו, פתרו וכתבו תשובה במשפט.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בכל שקית יש 4 כדורים. כמה כדורים יש ב־3 שקיות?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לכל ילד/ה 2 ידיים. כמה ידיים יש ל־6 ילדים?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בכל שורה 5 כיסאות. כמה כיסאות יש ב־5 שורות?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בקופסה היו 15 עפרונות. לקחו 6. כמה נשארו?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גלגלו ובצעו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גלגלו את הקוביה (קוביית נייר או הקוביה באתר) ובצעו את המשימה מהלוח.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גלגול 1: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גלגול 2: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גלגול 3: יצא המספר ___. המשימה (ברמה שבחרתם): כתבו ובצעו.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כתיבה קצרה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משימה אחת מהלוח (חשבון וכפל בקוביה) וכתבו את התשובה המלאה כאן.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שעוד קשה 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בתחנה?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חשבון וכפל בקוביה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