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חשבון וכפל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עובדות חיבור, חיסור וכפל דרך המספר שיוצא בקוביה (בונוס ליסודי)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https://kubiyot-lemida.sites.tab.bot/luach-cheshbon.html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1; 2 – 2; 3 – 3; 4 – 4; 5 – 5; 6 – 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5   2) 9   3) 15   4) 30   5) 12   6) 28   7) 6   8) 2   9) 18   10) 9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חיבור וחיסור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10   2) 4   3) 12   4) 8   5) 11   6) 4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בעיות מילוליות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12   2) 12   3) 25   4) 9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✖️ חשבון וכפל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תרגול עובדות חיבור, חיסור וכפל דרך המספר שיוצא בקוביה (בונוס ליסודי).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ועוד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מספר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כפל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 את תרגילי הכפל.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1 ×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3 × 3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3 ×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6 ×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3 × 4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4 × 7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2 × 3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1 × 2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2 × 9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1 × 9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חיבור וחיסור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5 + 5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9 − 5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6 + 6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13 − 5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4 + 7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5 − 1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בעיות מילוליות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קראו, פתרו וכתבו תשובה במשפט.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בכל שקית יש 4 כדורים. כמה כדורים יש ב־3 שקיות?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לכל ילד/ה 2 ידיים. כמה ידיים יש ל־6 ילדים?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בכל שורה 5 כיסאות. כמה כיסאות יש ב־5 שורות?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בקופסה היו 15 עפרונות. לקחו 6. כמה נשארו?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(חשבון וכפל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חשבון וכפל בקוביה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